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40"/>
        </w:rPr>
        <w:t>ELDEBO ACADEMY</w:t>
      </w:r>
    </w:p>
    <w:p>
      <w:pPr>
        <w:jc w:val="center"/>
      </w:pPr>
      <w:r>
        <w:rPr>
          <w:b/>
          <w:sz w:val="22"/>
        </w:rPr>
        <w:t>Eldebo Day Care, Nursery and Primary School</w:t>
      </w:r>
    </w:p>
    <w:p>
      <w:pPr>
        <w:jc w:val="center"/>
      </w:pPr>
      <w:r>
        <w:rPr>
          <w:b/>
          <w:color w:val="1F4E79"/>
          <w:sz w:val="30"/>
        </w:rPr>
        <w:t>STUDENT APPLICATION FORM</w:t>
      </w:r>
    </w:p>
    <w:p>
      <w:pPr>
        <w:jc w:val="center"/>
      </w:pPr>
      <w:r>
        <w:rPr>
          <w:i/>
          <w:sz w:val="18"/>
        </w:rPr>
        <w:t>Application for admission to Day or Boarding programmes</w:t>
      </w:r>
    </w:p>
    <w:p>
      <w:pPr>
        <w:jc w:val="center"/>
      </w:pPr>
      <w:r>
        <w:rPr>
          <w:b/>
          <w:sz w:val="18"/>
        </w:rPr>
        <w:t>Email: e.karamura@gmail.com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sz w:val="18"/>
              </w:rPr>
              <w:t>Please complete all applicable sections clearly and attach the required supporting documents. Submission of this form does not by itself constitute admission; applications are reviewed by the Selection/Admission Committee.</w:t>
            </w:r>
          </w:p>
        </w:tc>
      </w:tr>
    </w:tbl>
    <w:p>
      <w:pPr>
        <w:spacing w:before="140" w:after="80"/>
      </w:pPr>
      <w:r>
        <w:rPr>
          <w:b/>
          <w:color w:val="1F4E79"/>
          <w:sz w:val="22"/>
        </w:rPr>
        <w:t>1. CHILD / 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Full Name of Child: ________________________________________________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Date of Birth: 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Gender: ☐ Male   ☐ Female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Nationality: _____________________________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Place of Birth: _________________________________________________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Current Residence / District: 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Previous School / Centre: _______________________________________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Last Class / Grade Completed: ________________</w:t>
            </w:r>
          </w:p>
        </w:tc>
      </w:tr>
    </w:tbl>
    <w:p>
      <w:r>
        <w:rPr>
          <w:b/>
        </w:rPr>
        <w:t xml:space="preserve">Programme requested:  </w:t>
      </w:r>
      <w:r>
        <w:t xml:space="preserve">☐ Day    </w:t>
      </w:r>
      <w:r>
        <w:t xml:space="preserve">☐ Boarding    </w:t>
      </w:r>
    </w:p>
    <w:p>
      <w:r>
        <w:rPr>
          <w:b/>
        </w:rPr>
        <w:t xml:space="preserve">Class / Grade applied for:  </w:t>
      </w:r>
      <w:r>
        <w:t xml:space="preserve">☐ Baby/Middle    </w:t>
      </w:r>
      <w:r>
        <w:t xml:space="preserve">☐ Top    </w:t>
      </w:r>
      <w:r>
        <w:t xml:space="preserve">☐ P1    </w:t>
      </w:r>
      <w:r>
        <w:t xml:space="preserve">☐ P2    </w:t>
      </w:r>
      <w:r>
        <w:t xml:space="preserve">☐ P3/P4    </w:t>
      </w:r>
      <w:r>
        <w:t xml:space="preserve">☐ P5/P7    </w:t>
      </w:r>
    </w:p>
    <w:p>
      <w:pPr>
        <w:spacing w:before="140" w:after="80"/>
      </w:pPr>
      <w:r>
        <w:rPr>
          <w:b/>
          <w:color w:val="1F4E79"/>
          <w:sz w:val="22"/>
        </w:rPr>
        <w:t>2. PARENT / GUARDIAN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Parent/Guardian 1 – Full Name: 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Relationship: ______________________________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Telephone: ____________________________________________________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Email: ____________________________________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Occupation / Employer: _________________________________________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Work Address: ______________________________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Parent/Guardian 2 – Full Name: 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Relationship: ______________________________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Telephone: ____________________________________________________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Email: ____________________________________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Occupation / Employer: _________________________________________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Work Address: ______________________________</w:t>
            </w:r>
          </w:p>
        </w:tc>
      </w:tr>
    </w:tbl>
    <w:p>
      <w:pPr>
        <w:spacing w:before="140" w:after="80"/>
      </w:pPr>
      <w:r>
        <w:rPr>
          <w:b/>
          <w:color w:val="1F4E79"/>
          <w:sz w:val="22"/>
        </w:rPr>
        <w:t>3. FAMILY &amp; EMERGENCY CONTACT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Home Address / Village / Town: 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District: __________________________________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Primary Emergency Contact: ____________________________________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Relationship: ______________________________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Emergency Telephone: _________________________________________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Alternative Contact: ________________________</w:t>
            </w:r>
          </w:p>
        </w:tc>
      </w:tr>
    </w:tbl>
    <w:p>
      <w:pPr>
        <w:spacing w:before="140" w:after="80"/>
      </w:pPr>
      <w:r>
        <w:rPr>
          <w:b/>
          <w:color w:val="1F4E79"/>
          <w:sz w:val="22"/>
        </w:rPr>
        <w:t>4. CHILD'S HEALTH &amp; WELFARE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Immunisation records available?  ☐ Yes  ☐ No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Birth certificate available?  ☐ Yes  ☐ No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Known medical condition / allergy?  ☐ No  ☐ Yes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If yes, details: 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Regular medication / special care?  ☐ No  ☐ Yes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Details: __________________________________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Dietary restrictions / special needs: ________________________________________________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t>Please provide complete and accurate health information so the school can support the child's welfare appropriately.</w:t>
      </w:r>
    </w:p>
    <w:p>
      <w:pPr>
        <w:spacing w:before="140" w:after="80"/>
      </w:pPr>
      <w:r>
        <w:rPr>
          <w:b/>
          <w:color w:val="1F4E79"/>
          <w:sz w:val="22"/>
        </w:rPr>
        <w:t>5. EDUCATIONAL &amp; DEVELOPMENTAL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Previous school / learning centre: 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Years attended: _____________________________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Most recent class/grade: ______________________________________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Year completed: _____________________________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Academic strengths / interests: _________________________________________________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Co-curricular interests (sports, arts, farming, clubs, etc.): 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pPr>
        <w:spacing w:before="140" w:after="80"/>
      </w:pPr>
      <w:r>
        <w:rPr>
          <w:b/>
          <w:color w:val="1F4E79"/>
          <w:sz w:val="22"/>
        </w:rPr>
        <w:t>6. SUPPORTING DOCUMENTS CHECKLIST</w:t>
      </w:r>
    </w:p>
    <w:p>
      <w:r>
        <w:t>☐ School report card(s) / transcript(s), where applicable</w:t>
      </w:r>
    </w:p>
    <w:p>
      <w:r>
        <w:t>☐ Proof of residence in Uganda</w:t>
      </w:r>
    </w:p>
    <w:p>
      <w:r>
        <w:t>☐ Immunisation records</w:t>
      </w:r>
    </w:p>
    <w:p>
      <w:r>
        <w:t>☐ Copy of National ID and/or passport of parent/guardian, where applicable</w:t>
      </w:r>
    </w:p>
    <w:p>
      <w:r>
        <w:t>☐ Child's birth certificate</w:t>
      </w:r>
    </w:p>
    <w:p>
      <w:r>
        <w:t>☐ Relevant medical or special-support documentation</w:t>
      </w:r>
    </w:p>
    <w:p>
      <w:pPr>
        <w:spacing w:before="140" w:after="80"/>
      </w:pPr>
      <w:r>
        <w:rPr>
          <w:b/>
          <w:color w:val="1F4E79"/>
          <w:sz w:val="22"/>
        </w:rPr>
        <w:t>7. WHY ELDEBO ACADEMY?</w:t>
      </w:r>
    </w:p>
    <w:p>
      <w:r>
        <w:t>What are your main reasons for choosing Eldebo Academy for your child?</w:t>
      </w:r>
    </w:p>
    <w:p>
      <w:r>
        <w:br/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</w:r>
    </w:p>
    <w:p>
      <w:pPr>
        <w:spacing w:before="140" w:after="80"/>
      </w:pPr>
      <w:r>
        <w:rPr>
          <w:b/>
          <w:color w:val="1F4E79"/>
          <w:sz w:val="22"/>
        </w:rPr>
        <w:t>8. PARENT / GUARDIAN DECLARATION</w:t>
      </w:r>
    </w:p>
    <w:p>
      <w:r>
        <w:t>I/We declare that the information provided in this application is true and complete to the best of my/our knowledge. I/We understand that the Selection/Admission Committee may review the child's documents, invite the parent(s)/child for an interview, and request additional information where necessary. I/We understand that admission is subject to the school's selection process and availability.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Parent/Guardian 1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Parent/Guardian 2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  <w:br/>
              <w:t>Signature: ______________________</w:t>
              <w:br/>
              <w:t>Date: __________________________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  <w:br/>
              <w:t>Signature: ______________________</w:t>
              <w:br/>
              <w:t>Date: __________________________</w:t>
            </w:r>
          </w:p>
        </w:tc>
      </w:tr>
    </w:tbl>
    <w:p>
      <w:pPr>
        <w:spacing w:before="140" w:after="80"/>
      </w:pPr>
      <w:r>
        <w:rPr>
          <w:b/>
          <w:color w:val="1F4E79"/>
          <w:sz w:val="22"/>
        </w:rPr>
        <w:t>9. FOR OFFICE USE ONLY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Application Received Date: 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Application Reference No.: 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Documents Checked By: 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Interview Date: ____________________________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Committee Decision: ☐ Accepted  ☐ Waitlisted  ☐ Not Accepted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Decision Date: _____________________________</w:t>
            </w:r>
          </w:p>
        </w:tc>
      </w:tr>
      <w:tr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  <w:t>Remarks: __________________________________________________________________________</w:t>
            </w:r>
          </w:p>
        </w:tc>
        <w:tc>
          <w:tcPr>
            <w:tcW w:type="dxa" w:w="51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 w:val="0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Eldebo Academy | Confidential – For school use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